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11-Month Student Rent Agreement Template (India)</w:t>
      </w:r>
    </w:p>
    <w:p>
      <w:r>
        <w:t>Note: This rent agreement template is drafted in simple language to help students and landlords create a clear, mutually agreed rental contract. It covers the most common clauses for student housing in Indian cities. While this template is practical and student-friendly, you may adapt it to match your state’s stamp duty rules or register it officially if the tenancy exceeds 11 months. Always keep signed copies for your records.</w:t>
      </w:r>
    </w:p>
    <w:p>
      <w:pPr>
        <w:pStyle w:val="Heading1"/>
      </w:pPr>
      <w:r>
        <w:t>House Rent Agreement</w:t>
      </w:r>
    </w:p>
    <w:p>
      <w:pPr>
        <w:pStyle w:val="Heading2"/>
      </w:pPr>
      <w:r>
        <w:t>Date &amp; Place of Agreement</w:t>
      </w:r>
    </w:p>
    <w:p>
      <w:r>
        <w:t>This Agreement is made and executed on this ___ day of ______ 20__ at __________ (City, State).</w:t>
      </w:r>
    </w:p>
    <w:p>
      <w:pPr>
        <w:pStyle w:val="Heading2"/>
      </w:pPr>
      <w:r>
        <w:t>Parties</w:t>
      </w:r>
    </w:p>
    <w:p>
      <w:r>
        <w:t>This Rent Agreement is executed between:</w:t>
        <w:br/>
        <w:br/>
        <w:t>1. Mr./Mrs. __________________________ (hereinafter referred to as the 'Landlord'), having permanent address at _______________________.</w:t>
        <w:br/>
        <w:br/>
        <w:t>AND</w:t>
        <w:br/>
        <w:br/>
        <w:t>2. Mr./Ms. __________________________ (hereinafter referred to as the 'Tenant'), student of ______________________ (College/University), having address proof/ID No. ________________.</w:t>
      </w:r>
    </w:p>
    <w:p>
      <w:pPr>
        <w:pStyle w:val="Heading2"/>
      </w:pPr>
      <w:r>
        <w:t>Property Details</w:t>
      </w:r>
    </w:p>
    <w:p>
      <w:r>
        <w:t>The Landlord agrees to let out and the Tenant agrees to take on rent the premises located at:</w:t>
        <w:br/>
        <w:t>____________________________________________________________________________________.</w:t>
      </w:r>
    </w:p>
    <w:p>
      <w:pPr>
        <w:pStyle w:val="Heading2"/>
      </w:pPr>
      <w:r>
        <w:t>Duration</w:t>
      </w:r>
    </w:p>
    <w:p>
      <w:r>
        <w:t>This tenancy shall commence on __/__/20__ and shall remain valid for a fixed period of 11 (eleven) months, expiring on __/__/20__. The tenancy may be renewed by mutual agreement.</w:t>
      </w:r>
    </w:p>
    <w:p>
      <w:pPr>
        <w:pStyle w:val="Heading2"/>
      </w:pPr>
      <w:r>
        <w:t>Rent &amp; Payment Terms</w:t>
      </w:r>
    </w:p>
    <w:p>
      <w:r>
        <w:t>The Tenant agrees to pay a monthly rent of Rs. ______ (Rupees __________________ only), payable in advance on or before the 5th day of each English calendar month by bank transfer/UPI/cash/cheque.</w:t>
      </w:r>
    </w:p>
    <w:p>
      <w:pPr>
        <w:pStyle w:val="Heading2"/>
      </w:pPr>
      <w:r>
        <w:t>Security Deposit</w:t>
      </w:r>
    </w:p>
    <w:p>
      <w:r>
        <w:t>The Tenant has paid a sum of Rs. ______ (Rupees __________________ only) as a refundable security deposit. This amount shall be refunded within 30 days of vacating the premises, after deducting dues such as unpaid bills and repair charges, if any, with proper receipts provided.</w:t>
      </w:r>
    </w:p>
    <w:p>
      <w:pPr>
        <w:pStyle w:val="Heading2"/>
      </w:pPr>
      <w:r>
        <w:t>Utilities &amp; Maintenance</w:t>
      </w:r>
    </w:p>
    <w:p>
      <w:r>
        <w:t>Electricity, water, gas, and internet charges shall be borne by the Tenant as per usage. Society maintenance charges (if applicable) shall be paid by [Landlord/Tenant].</w:t>
      </w:r>
    </w:p>
    <w:p>
      <w:pPr>
        <w:pStyle w:val="Heading2"/>
      </w:pPr>
      <w:r>
        <w:t>Repairs</w:t>
      </w:r>
    </w:p>
    <w:p>
      <w:r>
        <w:t>Minor day-to-day repairs (such as replacement of bulbs, taps, or fixtures) shall be carried out by the Tenant. Major structural repairs (such as leakage, electrical wiring, or civil works) shall be the responsibility of the Landlord.</w:t>
      </w:r>
    </w:p>
    <w:p>
      <w:pPr>
        <w:pStyle w:val="Heading2"/>
      </w:pPr>
      <w:r>
        <w:t>Termination &amp; Notice</w:t>
      </w:r>
    </w:p>
    <w:p>
      <w:r>
        <w:t>Either party may terminate this agreement by giving one month (30 days) prior written notice. In case the Tenant vacates earlier without notice, one month’s rent shall be deducted from the security deposit.</w:t>
      </w:r>
    </w:p>
    <w:p>
      <w:pPr>
        <w:pStyle w:val="Heading2"/>
      </w:pPr>
      <w:r>
        <w:t>Subletting &amp; Guests</w:t>
      </w:r>
    </w:p>
    <w:p>
      <w:r>
        <w:t>The Tenant shall not sublet, assign, or part with possession of the rented premises without the prior written consent of the Landlord. Guests may stay temporarily with the consent of the Landlord.</w:t>
      </w:r>
    </w:p>
    <w:p>
      <w:pPr>
        <w:pStyle w:val="Heading2"/>
      </w:pPr>
      <w:r>
        <w:t>Jurisdiction</w:t>
      </w:r>
    </w:p>
    <w:p>
      <w:r>
        <w:t>In case of disputes, the matter shall be subject to the jurisdiction of the courts at __________ (City/State).</w:t>
      </w:r>
    </w:p>
    <w:p>
      <w:pPr>
        <w:pStyle w:val="Heading2"/>
      </w:pPr>
      <w:r>
        <w:t>Signatures</w:t>
      </w:r>
    </w:p>
    <w:p>
      <w:r>
        <w:t>IN WITNESS WHEREOF, the parties hereto have signed this Agreement on the date and place first mentioned above.</w:t>
        <w:br/>
        <w:br/>
        <w:t>_________________________              _________________________</w:t>
        <w:br/>
        <w:t>Landlord (Signature)                   Tenant (Signature)</w:t>
        <w:br/>
        <w:br/>
        <w:t>Witnesses:</w:t>
        <w:br/>
        <w:t>1. _________________________</w:t>
        <w:br/>
        <w:t>2. _________________________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